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662DF" w14:textId="77777777" w:rsidR="0073018D" w:rsidRDefault="00000000">
      <w:pPr>
        <w:pStyle w:val="Titel"/>
      </w:pPr>
      <w:r>
        <w:t>Retourformulier</w:t>
      </w:r>
    </w:p>
    <w:p w14:paraId="606BE0A6" w14:textId="77777777" w:rsidR="0073018D" w:rsidRDefault="00000000">
      <w:r>
        <w:t>Vul dit retourformulier volledig in en voeg het toe aan je retourzending.</w:t>
      </w:r>
    </w:p>
    <w:p w14:paraId="25961FC4" w14:textId="77777777" w:rsidR="0073018D" w:rsidRDefault="00000000">
      <w:pPr>
        <w:pStyle w:val="Kop1"/>
      </w:pPr>
      <w:r>
        <w:t>Klantgegevens</w:t>
      </w:r>
    </w:p>
    <w:p w14:paraId="0B4D656B" w14:textId="77777777" w:rsidR="0073018D" w:rsidRDefault="00000000">
      <w:r>
        <w:t>Naam: ____________________________</w:t>
      </w:r>
    </w:p>
    <w:p w14:paraId="33386ABA" w14:textId="77777777" w:rsidR="0073018D" w:rsidRDefault="00000000">
      <w:r>
        <w:t>Adres: ____________________________</w:t>
      </w:r>
    </w:p>
    <w:p w14:paraId="16632588" w14:textId="77777777" w:rsidR="0073018D" w:rsidRDefault="00000000">
      <w:r>
        <w:t>Postcode en woonplaats: ____________________________</w:t>
      </w:r>
    </w:p>
    <w:p w14:paraId="74A3A294" w14:textId="77777777" w:rsidR="0073018D" w:rsidRDefault="00000000">
      <w:r>
        <w:t>E-mail: ____________________________</w:t>
      </w:r>
    </w:p>
    <w:p w14:paraId="44A0EF3E" w14:textId="77777777" w:rsidR="0073018D" w:rsidRDefault="00000000">
      <w:r>
        <w:t>Telefoonnummer: ____________________________</w:t>
      </w:r>
    </w:p>
    <w:p w14:paraId="6D06F184" w14:textId="77777777" w:rsidR="0073018D" w:rsidRDefault="00000000">
      <w:pPr>
        <w:pStyle w:val="Kop1"/>
      </w:pPr>
      <w:r>
        <w:t>Bestelgegevens</w:t>
      </w:r>
    </w:p>
    <w:p w14:paraId="3E6C468B" w14:textId="77777777" w:rsidR="0073018D" w:rsidRDefault="00000000">
      <w:r>
        <w:t>Ordernummer: ____________________________</w:t>
      </w:r>
    </w:p>
    <w:p w14:paraId="5ADB2A6C" w14:textId="77777777" w:rsidR="0073018D" w:rsidRDefault="00000000">
      <w:r>
        <w:t>Datum van bestelling: ____________________________</w:t>
      </w:r>
    </w:p>
    <w:p w14:paraId="24F7489A" w14:textId="77777777" w:rsidR="0073018D" w:rsidRDefault="00000000">
      <w:pPr>
        <w:pStyle w:val="Kop1"/>
      </w:pPr>
      <w:r>
        <w:t>Product(en)</w:t>
      </w:r>
    </w:p>
    <w:p w14:paraId="3DA90DD8" w14:textId="77777777" w:rsidR="0073018D" w:rsidRDefault="00000000">
      <w:r>
        <w:t>Productnaam: ____________________________</w:t>
      </w:r>
    </w:p>
    <w:p w14:paraId="1984DF67" w14:textId="77777777" w:rsidR="0073018D" w:rsidRDefault="00000000">
      <w:r>
        <w:t>Aantal: ____________________________</w:t>
      </w:r>
    </w:p>
    <w:p w14:paraId="197B3448" w14:textId="77777777" w:rsidR="0073018D" w:rsidRDefault="00000000">
      <w:r>
        <w:t>Reden van retour: ____________________________</w:t>
      </w:r>
    </w:p>
    <w:p w14:paraId="26917B09" w14:textId="23793856" w:rsidR="0073018D" w:rsidRDefault="0025584D">
      <w:pPr>
        <w:pStyle w:val="Kop1"/>
      </w:pPr>
      <w:r>
        <w:t>R</w:t>
      </w:r>
      <w:r w:rsidR="00000000">
        <w:t>uiling</w:t>
      </w:r>
    </w:p>
    <w:p w14:paraId="3629C9AF" w14:textId="71B6C7DB" w:rsidR="0073018D" w:rsidRDefault="0073018D"/>
    <w:p w14:paraId="7C2B0800" w14:textId="77777777" w:rsidR="0073018D" w:rsidRDefault="00000000">
      <w:r>
        <w:t>☐ Ruilen voor ander product</w:t>
      </w:r>
    </w:p>
    <w:p w14:paraId="19DEE881" w14:textId="77777777" w:rsidR="0073018D" w:rsidRDefault="00000000">
      <w:pPr>
        <w:pStyle w:val="Kop1"/>
      </w:pPr>
      <w:r>
        <w:t>Opmerkingen</w:t>
      </w:r>
    </w:p>
    <w:p w14:paraId="178A641F" w14:textId="77777777" w:rsidR="0073018D" w:rsidRDefault="00000000">
      <w:r>
        <w:t>__________________________________________________</w:t>
      </w:r>
    </w:p>
    <w:p w14:paraId="332FC923" w14:textId="77777777" w:rsidR="0073018D" w:rsidRDefault="00000000">
      <w:r>
        <w:t>__________________________________________________</w:t>
      </w:r>
    </w:p>
    <w:p w14:paraId="4B440F51" w14:textId="77777777" w:rsidR="0073018D" w:rsidRDefault="00000000">
      <w:r>
        <w:br/>
        <w:t>Handtekening: ____________________     Datum: ________________</w:t>
      </w:r>
    </w:p>
    <w:sectPr w:rsidR="007301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6494490">
    <w:abstractNumId w:val="8"/>
  </w:num>
  <w:num w:numId="2" w16cid:durableId="1388647328">
    <w:abstractNumId w:val="6"/>
  </w:num>
  <w:num w:numId="3" w16cid:durableId="366031039">
    <w:abstractNumId w:val="5"/>
  </w:num>
  <w:num w:numId="4" w16cid:durableId="764034440">
    <w:abstractNumId w:val="4"/>
  </w:num>
  <w:num w:numId="5" w16cid:durableId="1369381000">
    <w:abstractNumId w:val="7"/>
  </w:num>
  <w:num w:numId="6" w16cid:durableId="1388911908">
    <w:abstractNumId w:val="3"/>
  </w:num>
  <w:num w:numId="7" w16cid:durableId="1378120004">
    <w:abstractNumId w:val="2"/>
  </w:num>
  <w:num w:numId="8" w16cid:durableId="86272520">
    <w:abstractNumId w:val="1"/>
  </w:num>
  <w:num w:numId="9" w16cid:durableId="690110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584D"/>
    <w:rsid w:val="0029639D"/>
    <w:rsid w:val="00326F90"/>
    <w:rsid w:val="00372B79"/>
    <w:rsid w:val="0073018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34B984"/>
  <w14:defaultImageDpi w14:val="300"/>
  <w15:docId w15:val="{78907E31-DA66-4733-9E5A-E08B8AFF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Humeyra Sabiran</cp:lastModifiedBy>
  <cp:revision>2</cp:revision>
  <dcterms:created xsi:type="dcterms:W3CDTF">2013-12-23T23:15:00Z</dcterms:created>
  <dcterms:modified xsi:type="dcterms:W3CDTF">2026-06-03T18:30:00Z</dcterms:modified>
  <cp:category/>
</cp:coreProperties>
</file>